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E0269" w14:textId="77777777" w:rsidR="003171AE" w:rsidRDefault="003171AE">
      <w:pPr>
        <w:spacing w:after="40"/>
        <w:jc w:val="center"/>
        <w:rPr>
          <w:b/>
          <w:color w:val="1F2A5C"/>
          <w:sz w:val="32"/>
        </w:rPr>
      </w:pPr>
    </w:p>
    <w:p w14:paraId="7FC318E0" w14:textId="103B468B" w:rsidR="005517F2" w:rsidRDefault="00000000">
      <w:pPr>
        <w:spacing w:after="40"/>
        <w:jc w:val="center"/>
      </w:pPr>
      <w:r>
        <w:rPr>
          <w:b/>
          <w:color w:val="1F2A5C"/>
          <w:sz w:val="32"/>
        </w:rPr>
        <w:t>Annex 1: Complaint Form</w:t>
      </w:r>
    </w:p>
    <w:p w14:paraId="7A9E442E" w14:textId="77777777" w:rsidR="005517F2" w:rsidRDefault="00000000">
      <w:pPr>
        <w:jc w:val="center"/>
      </w:pPr>
      <w:r>
        <w:rPr>
          <w:i/>
          <w:sz w:val="20"/>
        </w:rPr>
        <w:t>Please complete and return to Mr D P Coyle, Headteacher, who will acknowledge receipt and explain what action will be taken.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2"/>
        <w:gridCol w:w="6508"/>
      </w:tblGrid>
      <w:tr w:rsidR="005517F2" w14:paraId="3E0FADE5" w14:textId="77777777">
        <w:tc>
          <w:tcPr>
            <w:tcW w:w="10200" w:type="dxa"/>
            <w:gridSpan w:val="2"/>
            <w:shd w:val="clear" w:color="auto" w:fill="1F2A5C"/>
          </w:tcPr>
          <w:p w14:paraId="24AA8DD3" w14:textId="77777777" w:rsidR="005517F2" w:rsidRDefault="00000000">
            <w:r>
              <w:rPr>
                <w:b/>
                <w:color w:val="FFFFFF"/>
              </w:rPr>
              <w:t>Section A: Your Details</w:t>
            </w:r>
          </w:p>
        </w:tc>
      </w:tr>
      <w:tr w:rsidR="005517F2" w14:paraId="63B11967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7A8F06A6" w14:textId="77777777" w:rsidR="005517F2" w:rsidRDefault="00000000">
            <w:r>
              <w:rPr>
                <w:b/>
              </w:rPr>
              <w:t>Your name</w:t>
            </w:r>
          </w:p>
        </w:tc>
        <w:tc>
          <w:tcPr>
            <w:tcW w:w="6236" w:type="dxa"/>
          </w:tcPr>
          <w:p w14:paraId="5BFF140D" w14:textId="77777777" w:rsidR="005517F2" w:rsidRDefault="005517F2"/>
        </w:tc>
      </w:tr>
      <w:tr w:rsidR="005517F2" w14:paraId="09700658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1C2866BA" w14:textId="77777777" w:rsidR="005517F2" w:rsidRDefault="00000000">
            <w:r>
              <w:rPr>
                <w:b/>
              </w:rPr>
              <w:t>Pupil’s name (if relevant)</w:t>
            </w:r>
          </w:p>
        </w:tc>
        <w:tc>
          <w:tcPr>
            <w:tcW w:w="6236" w:type="dxa"/>
          </w:tcPr>
          <w:p w14:paraId="54F9AD09" w14:textId="77777777" w:rsidR="005517F2" w:rsidRDefault="005517F2"/>
        </w:tc>
      </w:tr>
      <w:tr w:rsidR="005517F2" w14:paraId="5BF33888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29B009CE" w14:textId="77777777" w:rsidR="005517F2" w:rsidRDefault="00000000">
            <w:r>
              <w:rPr>
                <w:b/>
              </w:rPr>
              <w:t>Pupil’s year group/class (if relevant)</w:t>
            </w:r>
          </w:p>
        </w:tc>
        <w:tc>
          <w:tcPr>
            <w:tcW w:w="6236" w:type="dxa"/>
          </w:tcPr>
          <w:p w14:paraId="6174E147" w14:textId="77777777" w:rsidR="005517F2" w:rsidRDefault="005517F2"/>
        </w:tc>
      </w:tr>
      <w:tr w:rsidR="005517F2" w14:paraId="36E92B16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1CCCAE26" w14:textId="77777777" w:rsidR="005517F2" w:rsidRDefault="00000000">
            <w:r>
              <w:rPr>
                <w:b/>
              </w:rPr>
              <w:t>Your relationship to the pupil (if relevant)</w:t>
            </w:r>
          </w:p>
        </w:tc>
        <w:tc>
          <w:tcPr>
            <w:tcW w:w="6236" w:type="dxa"/>
          </w:tcPr>
          <w:p w14:paraId="73419B21" w14:textId="77777777" w:rsidR="005517F2" w:rsidRDefault="005517F2"/>
        </w:tc>
      </w:tr>
      <w:tr w:rsidR="005517F2" w14:paraId="5E1C5DBD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2A26CCA0" w14:textId="77777777" w:rsidR="005517F2" w:rsidRDefault="00000000">
            <w:r>
              <w:rPr>
                <w:b/>
              </w:rPr>
              <w:t>Address</w:t>
            </w:r>
          </w:p>
        </w:tc>
        <w:tc>
          <w:tcPr>
            <w:tcW w:w="6236" w:type="dxa"/>
          </w:tcPr>
          <w:p w14:paraId="2D84E39A" w14:textId="77777777" w:rsidR="005517F2" w:rsidRDefault="005517F2"/>
        </w:tc>
      </w:tr>
      <w:tr w:rsidR="005517F2" w14:paraId="231DC878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014510DA" w14:textId="77777777" w:rsidR="005517F2" w:rsidRDefault="00000000">
            <w:r>
              <w:rPr>
                <w:b/>
              </w:rPr>
              <w:t>Postcode</w:t>
            </w:r>
          </w:p>
        </w:tc>
        <w:tc>
          <w:tcPr>
            <w:tcW w:w="6236" w:type="dxa"/>
          </w:tcPr>
          <w:p w14:paraId="51A431F8" w14:textId="77777777" w:rsidR="005517F2" w:rsidRDefault="005517F2"/>
        </w:tc>
      </w:tr>
      <w:tr w:rsidR="005517F2" w14:paraId="2D5FEAA1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48A06C93" w14:textId="77777777" w:rsidR="005517F2" w:rsidRDefault="00000000">
            <w:r>
              <w:rPr>
                <w:b/>
              </w:rPr>
              <w:t>Daytime telephone number</w:t>
            </w:r>
          </w:p>
        </w:tc>
        <w:tc>
          <w:tcPr>
            <w:tcW w:w="6236" w:type="dxa"/>
          </w:tcPr>
          <w:p w14:paraId="4D721A18" w14:textId="77777777" w:rsidR="005517F2" w:rsidRDefault="005517F2"/>
        </w:tc>
      </w:tr>
      <w:tr w:rsidR="005517F2" w14:paraId="449ECAD1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53B8E925" w14:textId="77777777" w:rsidR="005517F2" w:rsidRDefault="00000000">
            <w:r>
              <w:rPr>
                <w:b/>
              </w:rPr>
              <w:t>Evening telephone number</w:t>
            </w:r>
          </w:p>
        </w:tc>
        <w:tc>
          <w:tcPr>
            <w:tcW w:w="6236" w:type="dxa"/>
          </w:tcPr>
          <w:p w14:paraId="77D5154B" w14:textId="77777777" w:rsidR="005517F2" w:rsidRDefault="005517F2"/>
        </w:tc>
      </w:tr>
      <w:tr w:rsidR="005517F2" w14:paraId="1606C09D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1AD79569" w14:textId="77777777" w:rsidR="005517F2" w:rsidRDefault="00000000">
            <w:r>
              <w:rPr>
                <w:b/>
              </w:rPr>
              <w:t>Email address</w:t>
            </w:r>
          </w:p>
        </w:tc>
        <w:tc>
          <w:tcPr>
            <w:tcW w:w="6236" w:type="dxa"/>
          </w:tcPr>
          <w:p w14:paraId="5B8B9CAF" w14:textId="77777777" w:rsidR="005517F2" w:rsidRDefault="005517F2"/>
        </w:tc>
      </w:tr>
    </w:tbl>
    <w:p w14:paraId="1C18151D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7AFCCBE9" w14:textId="77777777">
        <w:tc>
          <w:tcPr>
            <w:tcW w:w="10200" w:type="dxa"/>
            <w:shd w:val="clear" w:color="auto" w:fill="1F2A5C"/>
          </w:tcPr>
          <w:p w14:paraId="62EEB759" w14:textId="77777777" w:rsidR="005517F2" w:rsidRDefault="00000000">
            <w:r>
              <w:rPr>
                <w:b/>
                <w:color w:val="FFFFFF"/>
              </w:rPr>
              <w:t>Section B: Details of Your Complaint</w:t>
            </w:r>
          </w:p>
        </w:tc>
      </w:tr>
      <w:tr w:rsidR="005517F2" w14:paraId="409D30B7" w14:textId="77777777">
        <w:tc>
          <w:tcPr>
            <w:tcW w:w="10200" w:type="dxa"/>
            <w:shd w:val="clear" w:color="auto" w:fill="E8ECF5"/>
          </w:tcPr>
          <w:p w14:paraId="4F27B024" w14:textId="77777777" w:rsidR="005517F2" w:rsidRDefault="00000000">
            <w:r>
              <w:rPr>
                <w:b/>
              </w:rPr>
              <w:t>Please give details of your complaint, including whether you have spoken to anybody at the school about it:</w:t>
            </w:r>
          </w:p>
        </w:tc>
      </w:tr>
      <w:tr w:rsidR="005517F2" w14:paraId="0BD0CFC4" w14:textId="77777777">
        <w:trPr>
          <w:trHeight w:val="3969"/>
        </w:trPr>
        <w:tc>
          <w:tcPr>
            <w:tcW w:w="10200" w:type="dxa"/>
          </w:tcPr>
          <w:p w14:paraId="6962BBF0" w14:textId="77777777" w:rsidR="005517F2" w:rsidRDefault="005517F2"/>
        </w:tc>
      </w:tr>
    </w:tbl>
    <w:p w14:paraId="64BF430E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75A53E51" w14:textId="77777777">
        <w:tc>
          <w:tcPr>
            <w:tcW w:w="10200" w:type="dxa"/>
            <w:shd w:val="clear" w:color="auto" w:fill="E8ECF5"/>
          </w:tcPr>
          <w:p w14:paraId="187C5A69" w14:textId="25286F13" w:rsidR="005517F2" w:rsidRDefault="00000000">
            <w:r>
              <w:rPr>
                <w:b/>
              </w:rPr>
              <w:t xml:space="preserve">What actions </w:t>
            </w:r>
            <w:r w:rsidR="0043460D">
              <w:rPr>
                <w:b/>
              </w:rPr>
              <w:t xml:space="preserve">would you like the Head teacher to do to help </w:t>
            </w:r>
            <w:r>
              <w:rPr>
                <w:b/>
              </w:rPr>
              <w:t xml:space="preserve"> resolve the problem at this stage?</w:t>
            </w:r>
          </w:p>
        </w:tc>
      </w:tr>
      <w:tr w:rsidR="005517F2" w14:paraId="4A47C1EA" w14:textId="77777777">
        <w:trPr>
          <w:trHeight w:val="2268"/>
        </w:trPr>
        <w:tc>
          <w:tcPr>
            <w:tcW w:w="10200" w:type="dxa"/>
          </w:tcPr>
          <w:p w14:paraId="5F5490E6" w14:textId="77777777" w:rsidR="005517F2" w:rsidRDefault="005517F2"/>
        </w:tc>
      </w:tr>
    </w:tbl>
    <w:p w14:paraId="3DE6F93C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0"/>
      </w:tblGrid>
      <w:tr w:rsidR="005517F2" w14:paraId="19494293" w14:textId="77777777">
        <w:tc>
          <w:tcPr>
            <w:tcW w:w="10200" w:type="dxa"/>
            <w:shd w:val="clear" w:color="auto" w:fill="E8ECF5"/>
          </w:tcPr>
          <w:p w14:paraId="60F45AB9" w14:textId="77777777" w:rsidR="005517F2" w:rsidRDefault="00000000">
            <w:r>
              <w:rPr>
                <w:b/>
              </w:rPr>
              <w:t>Are you attaching any paperwork? If so, please give details:</w:t>
            </w:r>
          </w:p>
        </w:tc>
      </w:tr>
      <w:tr w:rsidR="005517F2" w14:paraId="5135F8E7" w14:textId="77777777">
        <w:trPr>
          <w:trHeight w:val="1417"/>
        </w:trPr>
        <w:tc>
          <w:tcPr>
            <w:tcW w:w="10200" w:type="dxa"/>
          </w:tcPr>
          <w:p w14:paraId="2A8BD34D" w14:textId="77777777" w:rsidR="005517F2" w:rsidRDefault="005517F2"/>
        </w:tc>
      </w:tr>
    </w:tbl>
    <w:p w14:paraId="1E9A9E25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2"/>
        <w:gridCol w:w="6508"/>
      </w:tblGrid>
      <w:tr w:rsidR="005517F2" w14:paraId="39DF1134" w14:textId="77777777">
        <w:tc>
          <w:tcPr>
            <w:tcW w:w="10200" w:type="dxa"/>
            <w:gridSpan w:val="2"/>
            <w:shd w:val="clear" w:color="auto" w:fill="1F2A5C"/>
          </w:tcPr>
          <w:p w14:paraId="2CB1BE52" w14:textId="77777777" w:rsidR="005517F2" w:rsidRDefault="00000000">
            <w:r>
              <w:rPr>
                <w:b/>
                <w:color w:val="FFFFFF"/>
              </w:rPr>
              <w:t>Section C: Declaration</w:t>
            </w:r>
          </w:p>
        </w:tc>
      </w:tr>
      <w:tr w:rsidR="005517F2" w14:paraId="7893B1A4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3DA3C152" w14:textId="77777777" w:rsidR="005517F2" w:rsidRDefault="00000000">
            <w:r>
              <w:rPr>
                <w:b/>
              </w:rPr>
              <w:t>Signature</w:t>
            </w:r>
          </w:p>
        </w:tc>
        <w:tc>
          <w:tcPr>
            <w:tcW w:w="6236" w:type="dxa"/>
          </w:tcPr>
          <w:p w14:paraId="4E3C40ED" w14:textId="77777777" w:rsidR="005517F2" w:rsidRDefault="005517F2"/>
        </w:tc>
      </w:tr>
      <w:tr w:rsidR="005517F2" w14:paraId="54AC167C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5512CFD8" w14:textId="77777777" w:rsidR="005517F2" w:rsidRDefault="00000000">
            <w:r>
              <w:rPr>
                <w:b/>
              </w:rPr>
              <w:t>Date</w:t>
            </w:r>
          </w:p>
        </w:tc>
        <w:tc>
          <w:tcPr>
            <w:tcW w:w="6236" w:type="dxa"/>
          </w:tcPr>
          <w:p w14:paraId="4DBC87A1" w14:textId="77777777" w:rsidR="005517F2" w:rsidRDefault="005517F2"/>
        </w:tc>
      </w:tr>
    </w:tbl>
    <w:p w14:paraId="68E77B92" w14:textId="77777777" w:rsidR="005517F2" w:rsidRDefault="005517F2">
      <w:pPr>
        <w:spacing w:after="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3"/>
        <w:gridCol w:w="6507"/>
      </w:tblGrid>
      <w:tr w:rsidR="005517F2" w14:paraId="2932B4AD" w14:textId="77777777">
        <w:tc>
          <w:tcPr>
            <w:tcW w:w="10200" w:type="dxa"/>
            <w:gridSpan w:val="2"/>
            <w:shd w:val="clear" w:color="auto" w:fill="1F2A5C"/>
          </w:tcPr>
          <w:p w14:paraId="137C78CB" w14:textId="77777777" w:rsidR="005517F2" w:rsidRDefault="00000000">
            <w:r>
              <w:rPr>
                <w:b/>
                <w:color w:val="FFFFFF"/>
              </w:rPr>
              <w:t>For Official Use Only</w:t>
            </w:r>
          </w:p>
        </w:tc>
      </w:tr>
      <w:tr w:rsidR="005517F2" w14:paraId="0327B0D3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194A1BC7" w14:textId="77777777" w:rsidR="005517F2" w:rsidRDefault="00000000">
            <w:r>
              <w:rPr>
                <w:b/>
              </w:rPr>
              <w:t>Date acknowledgement sent</w:t>
            </w:r>
          </w:p>
        </w:tc>
        <w:tc>
          <w:tcPr>
            <w:tcW w:w="6236" w:type="dxa"/>
          </w:tcPr>
          <w:p w14:paraId="4B186D58" w14:textId="77777777" w:rsidR="005517F2" w:rsidRDefault="005517F2"/>
        </w:tc>
      </w:tr>
      <w:tr w:rsidR="005517F2" w14:paraId="2A80CE91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24B738B0" w14:textId="77777777" w:rsidR="005517F2" w:rsidRDefault="00000000">
            <w:r>
              <w:rPr>
                <w:b/>
              </w:rPr>
              <w:t>By whom</w:t>
            </w:r>
          </w:p>
        </w:tc>
        <w:tc>
          <w:tcPr>
            <w:tcW w:w="6236" w:type="dxa"/>
          </w:tcPr>
          <w:p w14:paraId="24068DF6" w14:textId="77777777" w:rsidR="005517F2" w:rsidRDefault="005517F2"/>
        </w:tc>
      </w:tr>
      <w:tr w:rsidR="005517F2" w14:paraId="1531A999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2A814CFF" w14:textId="77777777" w:rsidR="005517F2" w:rsidRDefault="00000000">
            <w:r>
              <w:rPr>
                <w:b/>
              </w:rPr>
              <w:t>Complaint referred to</w:t>
            </w:r>
          </w:p>
        </w:tc>
        <w:tc>
          <w:tcPr>
            <w:tcW w:w="6236" w:type="dxa"/>
          </w:tcPr>
          <w:p w14:paraId="3D738E94" w14:textId="77777777" w:rsidR="005517F2" w:rsidRDefault="005517F2"/>
        </w:tc>
      </w:tr>
      <w:tr w:rsidR="005517F2" w14:paraId="3DB98812" w14:textId="77777777">
        <w:trPr>
          <w:trHeight w:val="482"/>
        </w:trPr>
        <w:tc>
          <w:tcPr>
            <w:tcW w:w="3685" w:type="dxa"/>
            <w:shd w:val="clear" w:color="auto" w:fill="E8ECF5"/>
          </w:tcPr>
          <w:p w14:paraId="2D44004A" w14:textId="77777777" w:rsidR="005517F2" w:rsidRDefault="00000000">
            <w:r>
              <w:rPr>
                <w:b/>
              </w:rPr>
              <w:t>Date</w:t>
            </w:r>
          </w:p>
        </w:tc>
        <w:tc>
          <w:tcPr>
            <w:tcW w:w="6236" w:type="dxa"/>
          </w:tcPr>
          <w:p w14:paraId="24CBE915" w14:textId="77777777" w:rsidR="005517F2" w:rsidRDefault="005517F2"/>
        </w:tc>
      </w:tr>
    </w:tbl>
    <w:p w14:paraId="11A5F249" w14:textId="77777777" w:rsidR="005517F2" w:rsidRDefault="005517F2">
      <w:pPr>
        <w:spacing w:after="40"/>
      </w:pPr>
    </w:p>
    <w:p w14:paraId="264C8288" w14:textId="77777777" w:rsidR="005517F2" w:rsidRDefault="00000000">
      <w:pPr>
        <w:spacing w:after="80"/>
        <w:jc w:val="center"/>
      </w:pPr>
      <w:r>
        <w:rPr>
          <w:i/>
          <w:sz w:val="17"/>
        </w:rPr>
        <w:t>Personal information on this form will be processed in accordance with UK GDPR and the school’s Privacy Notice, and used only to investigate and respond to your complaint.</w:t>
      </w:r>
    </w:p>
    <w:sectPr w:rsidR="005517F2" w:rsidSect="00034616">
      <w:headerReference w:type="default" r:id="rId8"/>
      <w:footerReference w:type="default" r:id="rId9"/>
      <w:pgSz w:w="12240" w:h="15840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1EF24" w14:textId="77777777" w:rsidR="0033365E" w:rsidRDefault="0033365E">
      <w:pPr>
        <w:spacing w:after="0" w:line="240" w:lineRule="auto"/>
      </w:pPr>
      <w:r>
        <w:separator/>
      </w:r>
    </w:p>
  </w:endnote>
  <w:endnote w:type="continuationSeparator" w:id="0">
    <w:p w14:paraId="40E9CE4D" w14:textId="77777777" w:rsidR="0033365E" w:rsidRDefault="00333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459F" w14:textId="77777777" w:rsidR="005517F2" w:rsidRDefault="00000000">
    <w:pPr>
      <w:pStyle w:val="Footer"/>
      <w:jc w:val="center"/>
    </w:pPr>
    <w:r>
      <w:rPr>
        <w:sz w:val="16"/>
      </w:rPr>
      <w:t>The Cardinal Wiseman Catholic School  |  Complaints Procedure – Annex 1  |  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FF61D" w14:textId="77777777" w:rsidR="0033365E" w:rsidRDefault="0033365E">
      <w:pPr>
        <w:spacing w:after="0" w:line="240" w:lineRule="auto"/>
      </w:pPr>
      <w:r>
        <w:separator/>
      </w:r>
    </w:p>
  </w:footnote>
  <w:footnote w:type="continuationSeparator" w:id="0">
    <w:p w14:paraId="16DF68D2" w14:textId="77777777" w:rsidR="0033365E" w:rsidRDefault="00333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23A4" w14:textId="2201B3C8" w:rsidR="005517F2" w:rsidRDefault="003171AE">
    <w:pPr>
      <w:pStyle w:val="Header"/>
      <w:jc w:val="center"/>
    </w:pPr>
    <w:r w:rsidRPr="003171AE">
      <w:rPr>
        <w:noProof/>
      </w:rPr>
      <w:t xml:space="preserve"> </w:t>
    </w:r>
    <w:r>
      <w:rPr>
        <w:noProof/>
      </w:rPr>
      <w:drawing>
        <wp:inline distT="0" distB="0" distL="0" distR="0" wp14:anchorId="631C74A2" wp14:editId="6CF21B58">
          <wp:extent cx="1009650" cy="9239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888888"/>
        <w:sz w:val="18"/>
      </w:rPr>
      <w:br/>
    </w:r>
    <w:r>
      <w:rPr>
        <w:b/>
        <w:color w:val="1F2A5C"/>
        <w:sz w:val="30"/>
      </w:rPr>
      <w:t>THE CARDINAL WISEMAN CATHOLIC SCHOOL</w:t>
    </w:r>
    <w:r>
      <w:rPr>
        <w:b/>
        <w:color w:val="1F2A5C"/>
        <w:sz w:val="30"/>
      </w:rPr>
      <w:br/>
    </w:r>
    <w:r>
      <w:rPr>
        <w:i/>
        <w:color w:val="1F2A5C"/>
      </w:rPr>
      <w:t>All Things for Christ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66318662">
    <w:abstractNumId w:val="8"/>
  </w:num>
  <w:num w:numId="2" w16cid:durableId="354189063">
    <w:abstractNumId w:val="6"/>
  </w:num>
  <w:num w:numId="3" w16cid:durableId="1807777329">
    <w:abstractNumId w:val="5"/>
  </w:num>
  <w:num w:numId="4" w16cid:durableId="313609538">
    <w:abstractNumId w:val="4"/>
  </w:num>
  <w:num w:numId="5" w16cid:durableId="1646201836">
    <w:abstractNumId w:val="7"/>
  </w:num>
  <w:num w:numId="6" w16cid:durableId="1433934891">
    <w:abstractNumId w:val="3"/>
  </w:num>
  <w:num w:numId="7" w16cid:durableId="901983732">
    <w:abstractNumId w:val="2"/>
  </w:num>
  <w:num w:numId="8" w16cid:durableId="1323385292">
    <w:abstractNumId w:val="1"/>
  </w:num>
  <w:num w:numId="9" w16cid:durableId="1461876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77560"/>
    <w:rsid w:val="0029639D"/>
    <w:rsid w:val="003171AE"/>
    <w:rsid w:val="00326F90"/>
    <w:rsid w:val="0033365E"/>
    <w:rsid w:val="0043460D"/>
    <w:rsid w:val="004A2C38"/>
    <w:rsid w:val="005517F2"/>
    <w:rsid w:val="00916310"/>
    <w:rsid w:val="00A01BC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A1489C"/>
  <w14:defaultImageDpi w14:val="300"/>
  <w15:docId w15:val="{A8B330EB-10FB-41AD-BA79-5FE97F96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 Coyle</cp:lastModifiedBy>
  <cp:revision>2</cp:revision>
  <dcterms:created xsi:type="dcterms:W3CDTF">2026-10-10T11:46:00Z</dcterms:created>
  <dcterms:modified xsi:type="dcterms:W3CDTF">2026-10-10T11:46:00Z</dcterms:modified>
  <cp:category/>
</cp:coreProperties>
</file>