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E0269" w14:textId="77777777" w:rsidR="003171AE" w:rsidRDefault="003171AE">
      <w:pPr>
        <w:spacing w:after="40"/>
        <w:jc w:val="center"/>
        <w:rPr>
          <w:b/>
          <w:color w:val="1F2A5C"/>
          <w:sz w:val="32"/>
        </w:rPr>
      </w:pPr>
    </w:p>
    <w:p w14:paraId="7FC318E0" w14:textId="6FFCF326" w:rsidR="005517F2" w:rsidRDefault="00000000">
      <w:pPr>
        <w:spacing w:after="40"/>
        <w:jc w:val="center"/>
      </w:pPr>
      <w:r>
        <w:rPr>
          <w:b/>
          <w:color w:val="1F2A5C"/>
          <w:sz w:val="32"/>
        </w:rPr>
        <w:t xml:space="preserve">Annex 2: Stage 2 Complaint Form </w:t>
      </w:r>
      <w:r w:rsidR="00D569C9">
        <w:rPr>
          <w:b/>
          <w:color w:val="1F2A5C"/>
          <w:sz w:val="32"/>
        </w:rPr>
        <w:t>:</w:t>
      </w:r>
      <w:r>
        <w:rPr>
          <w:b/>
          <w:color w:val="1F2A5C"/>
          <w:sz w:val="32"/>
        </w:rPr>
        <w:t xml:space="preserve"> Committee Review</w:t>
      </w:r>
    </w:p>
    <w:p w14:paraId="7A9E442E" w14:textId="77777777" w:rsidR="005517F2" w:rsidRDefault="00000000">
      <w:pPr>
        <w:jc w:val="center"/>
      </w:pPr>
      <w:r>
        <w:rPr>
          <w:i/>
          <w:sz w:val="20"/>
        </w:rPr>
        <w:t>Please complete this form if you are dissatisfied with the outcome of your Stage 1 complaint and wish it to be reviewed by the Governors’ Complaints Committee. Return it, marked “Private and Confidential”, to the Clerk to the Governing Body, c/o The Cardinal Wiseman Catholic School, within 10 school days of receiving the Stage 1 response. The Clerk will acknowledge receipt and explain what will happen next.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2"/>
        <w:gridCol w:w="6508"/>
      </w:tblGrid>
      <w:tr w:rsidR="005517F2" w14:paraId="3E0FADE5" w14:textId="77777777">
        <w:trPr>
          <w:cantSplit/>
        </w:trPr>
        <w:tc>
          <w:tcPr>
            <w:tcW w:w="10200" w:type="dxa"/>
            <w:gridSpan w:val="2"/>
            <w:shd w:val="clear" w:color="auto" w:fill="1F2A5C"/>
          </w:tcPr>
          <w:p w14:paraId="24AA8DD3" w14:textId="77777777" w:rsidR="005517F2" w:rsidRDefault="00000000">
            <w:pPr>
              <w:keepNext/>
            </w:pPr>
            <w:r>
              <w:rPr>
                <w:b/>
                <w:color w:val="FFFFFF"/>
              </w:rPr>
              <w:t>Section A: Your Details</w:t>
            </w:r>
          </w:p>
        </w:tc>
      </w:tr>
      <w:tr w:rsidR="005517F2" w14:paraId="63B11967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7A8F06A6" w14:textId="77777777" w:rsidR="005517F2" w:rsidRDefault="00000000">
            <w:pPr>
              <w:keepNext/>
            </w:pPr>
            <w:r>
              <w:rPr>
                <w:b/>
              </w:rPr>
              <w:t>Your name</w:t>
            </w:r>
          </w:p>
        </w:tc>
        <w:tc>
          <w:tcPr>
            <w:tcW w:w="6236" w:type="dxa"/>
          </w:tcPr>
          <w:p w14:paraId="5BFF140D" w14:textId="77777777" w:rsidR="005517F2" w:rsidRDefault="005517F2">
            <w:pPr>
              <w:keepNext/>
            </w:pPr>
          </w:p>
        </w:tc>
      </w:tr>
      <w:tr w:rsidR="005517F2" w14:paraId="668AEDF3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4481A41F" w14:textId="77777777" w:rsidR="005517F2" w:rsidRDefault="00000000">
            <w:pPr>
              <w:keepNext/>
            </w:pPr>
            <w:r>
              <w:rPr>
                <w:b/>
              </w:rPr>
              <w:t>Pupil’s name (if relevant)</w:t>
            </w:r>
          </w:p>
        </w:tc>
        <w:tc>
          <w:tcPr>
            <w:tcW w:w="6236" w:type="dxa"/>
          </w:tcPr>
          <w:p w14:paraId="3C821C78" w14:textId="77777777" w:rsidR="005517F2" w:rsidRDefault="005517F2">
            <w:pPr>
              <w:keepNext/>
            </w:pPr>
          </w:p>
        </w:tc>
      </w:tr>
      <w:tr w:rsidR="005517F2" w14:paraId="78FE861F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7AD7729E" w14:textId="77777777" w:rsidR="005517F2" w:rsidRDefault="00000000">
            <w:pPr>
              <w:keepNext/>
            </w:pPr>
            <w:r>
              <w:rPr>
                <w:b/>
              </w:rPr>
              <w:t>Pupil’s year group/class (if relevant)</w:t>
            </w:r>
          </w:p>
        </w:tc>
        <w:tc>
          <w:tcPr>
            <w:tcW w:w="6236" w:type="dxa"/>
          </w:tcPr>
          <w:p w14:paraId="36551474" w14:textId="77777777" w:rsidR="005517F2" w:rsidRDefault="005517F2">
            <w:pPr>
              <w:keepNext/>
            </w:pPr>
          </w:p>
        </w:tc>
      </w:tr>
      <w:tr w:rsidR="005517F2" w14:paraId="55748421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576C4740" w14:textId="77777777" w:rsidR="005517F2" w:rsidRDefault="00000000">
            <w:pPr>
              <w:keepNext/>
            </w:pPr>
            <w:r>
              <w:rPr>
                <w:b/>
              </w:rPr>
              <w:t>Your relationship to the pupil (if relevant)</w:t>
            </w:r>
          </w:p>
        </w:tc>
        <w:tc>
          <w:tcPr>
            <w:tcW w:w="6236" w:type="dxa"/>
          </w:tcPr>
          <w:p w14:paraId="6FF642FB" w14:textId="77777777" w:rsidR="005517F2" w:rsidRDefault="005517F2">
            <w:pPr>
              <w:keepNext/>
            </w:pPr>
          </w:p>
        </w:tc>
      </w:tr>
      <w:tr w:rsidR="005517F2" w14:paraId="0F42D85B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71FDC405" w14:textId="77777777" w:rsidR="005517F2" w:rsidRDefault="00000000">
            <w:pPr>
              <w:keepNext/>
            </w:pPr>
            <w:r>
              <w:rPr>
                <w:b/>
              </w:rPr>
              <w:t>Address</w:t>
            </w:r>
          </w:p>
        </w:tc>
        <w:tc>
          <w:tcPr>
            <w:tcW w:w="6236" w:type="dxa"/>
          </w:tcPr>
          <w:p w14:paraId="2F55F272" w14:textId="77777777" w:rsidR="005517F2" w:rsidRDefault="005517F2">
            <w:pPr>
              <w:keepNext/>
            </w:pPr>
          </w:p>
        </w:tc>
      </w:tr>
      <w:tr w:rsidR="005517F2" w14:paraId="51357F70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1272E5D7" w14:textId="77777777" w:rsidR="005517F2" w:rsidRDefault="00000000">
            <w:pPr>
              <w:keepNext/>
            </w:pPr>
            <w:r>
              <w:rPr>
                <w:b/>
              </w:rPr>
              <w:t>Postcode</w:t>
            </w:r>
          </w:p>
        </w:tc>
        <w:tc>
          <w:tcPr>
            <w:tcW w:w="6236" w:type="dxa"/>
          </w:tcPr>
          <w:p w14:paraId="5CE82738" w14:textId="77777777" w:rsidR="005517F2" w:rsidRDefault="005517F2">
            <w:pPr>
              <w:keepNext/>
            </w:pPr>
          </w:p>
        </w:tc>
      </w:tr>
      <w:tr w:rsidR="005517F2" w14:paraId="5FAB0DBD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0C66BB57" w14:textId="77777777" w:rsidR="005517F2" w:rsidRDefault="00000000">
            <w:pPr>
              <w:keepNext/>
            </w:pPr>
            <w:r>
              <w:rPr>
                <w:b/>
              </w:rPr>
              <w:t>Daytime telephone number</w:t>
            </w:r>
          </w:p>
        </w:tc>
        <w:tc>
          <w:tcPr>
            <w:tcW w:w="6236" w:type="dxa"/>
          </w:tcPr>
          <w:p w14:paraId="5C2DAF4D" w14:textId="77777777" w:rsidR="005517F2" w:rsidRDefault="005517F2">
            <w:pPr>
              <w:keepNext/>
            </w:pPr>
          </w:p>
        </w:tc>
      </w:tr>
      <w:tr w:rsidR="005517F2" w14:paraId="63FE6BB5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403AF3A9" w14:textId="77777777" w:rsidR="005517F2" w:rsidRDefault="00000000">
            <w:pPr>
              <w:keepNext/>
            </w:pPr>
            <w:r>
              <w:rPr>
                <w:b/>
              </w:rPr>
              <w:t>Evening telephone number</w:t>
            </w:r>
          </w:p>
        </w:tc>
        <w:tc>
          <w:tcPr>
            <w:tcW w:w="6236" w:type="dxa"/>
          </w:tcPr>
          <w:p w14:paraId="30A278BB" w14:textId="77777777" w:rsidR="005517F2" w:rsidRDefault="005517F2">
            <w:pPr>
              <w:keepNext/>
            </w:pPr>
          </w:p>
        </w:tc>
      </w:tr>
      <w:tr w:rsidR="005517F2" w14:paraId="04EBD1D3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3276ED6D" w14:textId="77777777" w:rsidR="005517F2" w:rsidRDefault="00000000">
            <w:r>
              <w:rPr>
                <w:b/>
              </w:rPr>
              <w:t>Email address</w:t>
            </w:r>
          </w:p>
        </w:tc>
        <w:tc>
          <w:tcPr>
            <w:tcW w:w="6236" w:type="dxa"/>
          </w:tcPr>
          <w:p w14:paraId="177F2CF1" w14:textId="77777777" w:rsidR="005517F2" w:rsidRDefault="005517F2"/>
        </w:tc>
      </w:tr>
    </w:tbl>
    <w:p w14:paraId="1C18151D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2"/>
        <w:gridCol w:w="6508"/>
      </w:tblGrid>
      <w:tr w:rsidR="005517F2" w14:paraId="762A2B5F" w14:textId="77777777">
        <w:trPr>
          <w:cantSplit/>
        </w:trPr>
        <w:tc>
          <w:tcPr>
            <w:tcW w:w="10200" w:type="dxa"/>
            <w:gridSpan w:val="2"/>
            <w:shd w:val="clear" w:color="auto" w:fill="1F2A5C"/>
          </w:tcPr>
          <w:p w14:paraId="65DD4EF0" w14:textId="77777777" w:rsidR="005517F2" w:rsidRDefault="00000000">
            <w:pPr>
              <w:keepNext/>
            </w:pPr>
            <w:r>
              <w:rPr>
                <w:b/>
                <w:color w:val="FFFFFF"/>
              </w:rPr>
              <w:t>Section B: Your Stage 1 Complaint</w:t>
            </w:r>
          </w:p>
        </w:tc>
      </w:tr>
      <w:tr w:rsidR="005517F2" w14:paraId="518CA27F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4ACEC1B7" w14:textId="77777777" w:rsidR="005517F2" w:rsidRDefault="00000000">
            <w:pPr>
              <w:keepNext/>
            </w:pPr>
            <w:r>
              <w:rPr>
                <w:b/>
              </w:rPr>
              <w:t>Date Stage 1 complaint submitted</w:t>
            </w:r>
          </w:p>
        </w:tc>
        <w:tc>
          <w:tcPr>
            <w:tcW w:w="6236" w:type="dxa"/>
          </w:tcPr>
          <w:p w14:paraId="78EA5A06" w14:textId="77777777" w:rsidR="005517F2" w:rsidRDefault="005517F2">
            <w:pPr>
              <w:keepNext/>
            </w:pPr>
          </w:p>
        </w:tc>
      </w:tr>
      <w:tr w:rsidR="005517F2" w14:paraId="0F89E4AC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1B42C7F8" w14:textId="77777777" w:rsidR="005517F2" w:rsidRDefault="00000000">
            <w:pPr>
              <w:keepNext/>
            </w:pPr>
            <w:r>
              <w:rPr>
                <w:b/>
              </w:rPr>
              <w:t>Who dealt with your Stage 1 complaint</w:t>
            </w:r>
          </w:p>
        </w:tc>
        <w:tc>
          <w:tcPr>
            <w:tcW w:w="6236" w:type="dxa"/>
          </w:tcPr>
          <w:p w14:paraId="6BFE22CC" w14:textId="77777777" w:rsidR="005517F2" w:rsidRDefault="005517F2">
            <w:pPr>
              <w:keepNext/>
            </w:pPr>
          </w:p>
        </w:tc>
      </w:tr>
      <w:tr w:rsidR="005517F2" w14:paraId="084BCE60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38165800" w14:textId="77777777" w:rsidR="005517F2" w:rsidRDefault="00000000">
            <w:r>
              <w:rPr>
                <w:b/>
              </w:rPr>
              <w:t>Date of the Stage 1 outcome letter</w:t>
            </w:r>
          </w:p>
        </w:tc>
        <w:tc>
          <w:tcPr>
            <w:tcW w:w="6236" w:type="dxa"/>
          </w:tcPr>
          <w:p w14:paraId="4C3AD6B5" w14:textId="77777777" w:rsidR="005517F2" w:rsidRDefault="005517F2"/>
        </w:tc>
      </w:tr>
    </w:tbl>
    <w:p w14:paraId="5F38EC93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0"/>
      </w:tblGrid>
      <w:tr w:rsidR="005517F2" w14:paraId="7AFCCBE9" w14:textId="77777777">
        <w:trPr>
          <w:cantSplit/>
        </w:trPr>
        <w:tc>
          <w:tcPr>
            <w:tcW w:w="10200" w:type="dxa"/>
            <w:shd w:val="clear" w:color="auto" w:fill="1F2A5C"/>
          </w:tcPr>
          <w:p w14:paraId="62EEB759" w14:textId="77777777" w:rsidR="005517F2" w:rsidRDefault="00000000">
            <w:pPr>
              <w:keepNext/>
            </w:pPr>
            <w:r>
              <w:rPr>
                <w:b/>
                <w:color w:val="FFFFFF"/>
              </w:rPr>
              <w:lastRenderedPageBreak/>
              <w:t>Section C: Request for Complaints Committee Review</w:t>
            </w:r>
          </w:p>
        </w:tc>
      </w:tr>
      <w:tr w:rsidR="005517F2" w14:paraId="409D30B7" w14:textId="77777777">
        <w:trPr>
          <w:cantSplit/>
        </w:trPr>
        <w:tc>
          <w:tcPr>
            <w:tcW w:w="10200" w:type="dxa"/>
            <w:shd w:val="clear" w:color="auto" w:fill="E8ECF5"/>
          </w:tcPr>
          <w:p w14:paraId="4F27B024" w14:textId="77777777" w:rsidR="005517F2" w:rsidRDefault="00000000">
            <w:pPr>
              <w:keepNext/>
            </w:pPr>
            <w:r>
              <w:rPr>
                <w:b/>
              </w:rPr>
              <w:t>Please summarise your original complaint and explain why you are dissatisfied with the outcome of Stage 1:</w:t>
            </w:r>
          </w:p>
        </w:tc>
      </w:tr>
      <w:tr w:rsidR="005517F2" w14:paraId="0BD0CFC4" w14:textId="77777777">
        <w:trPr>
          <w:cantSplit/>
          <w:trHeight w:val="3969"/>
        </w:trPr>
        <w:tc>
          <w:tcPr>
            <w:tcW w:w="10200" w:type="dxa"/>
          </w:tcPr>
          <w:p w14:paraId="6962BBF0" w14:textId="77777777" w:rsidR="005517F2" w:rsidRDefault="005517F2"/>
        </w:tc>
      </w:tr>
    </w:tbl>
    <w:p w14:paraId="25D8A9FB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0"/>
      </w:tblGrid>
      <w:tr w:rsidR="005517F2" w14:paraId="75A53E51" w14:textId="77777777">
        <w:trPr>
          <w:cantSplit/>
        </w:trPr>
        <w:tc>
          <w:tcPr>
            <w:tcW w:w="10200" w:type="dxa"/>
            <w:shd w:val="clear" w:color="auto" w:fill="E8ECF5"/>
          </w:tcPr>
          <w:p w14:paraId="187C5A69" w14:textId="77777777" w:rsidR="005517F2" w:rsidRDefault="00000000">
            <w:pPr>
              <w:keepNext/>
            </w:pPr>
            <w:r>
              <w:rPr>
                <w:b/>
              </w:rPr>
              <w:t>Which aspects of the Stage 1 decision would you like the Committee to review?</w:t>
            </w:r>
          </w:p>
        </w:tc>
      </w:tr>
      <w:tr w:rsidR="005517F2" w14:paraId="4A47C1EA" w14:textId="77777777">
        <w:trPr>
          <w:cantSplit/>
          <w:trHeight w:val="2268"/>
        </w:trPr>
        <w:tc>
          <w:tcPr>
            <w:tcW w:w="10200" w:type="dxa"/>
          </w:tcPr>
          <w:p w14:paraId="5F5490E6" w14:textId="77777777" w:rsidR="005517F2" w:rsidRDefault="005517F2"/>
        </w:tc>
      </w:tr>
    </w:tbl>
    <w:p w14:paraId="03FDCF37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0"/>
      </w:tblGrid>
      <w:tr w:rsidR="005517F2" w14:paraId="01080049" w14:textId="77777777">
        <w:trPr>
          <w:cantSplit/>
        </w:trPr>
        <w:tc>
          <w:tcPr>
            <w:tcW w:w="10200" w:type="dxa"/>
            <w:shd w:val="clear" w:color="auto" w:fill="E8ECF5"/>
          </w:tcPr>
          <w:p w14:paraId="3B0319F8" w14:textId="77777777" w:rsidR="005517F2" w:rsidRDefault="00000000">
            <w:pPr>
              <w:keepNext/>
            </w:pPr>
            <w:r>
              <w:rPr>
                <w:b/>
              </w:rPr>
              <w:t>What actions do you feel might resolve the problem at this stage?</w:t>
            </w:r>
          </w:p>
        </w:tc>
      </w:tr>
      <w:tr w:rsidR="005517F2" w14:paraId="2C6B7D80" w14:textId="77777777">
        <w:trPr>
          <w:cantSplit/>
          <w:trHeight w:val="1984"/>
        </w:trPr>
        <w:tc>
          <w:tcPr>
            <w:tcW w:w="10200" w:type="dxa"/>
          </w:tcPr>
          <w:p w14:paraId="2AFFA50C" w14:textId="77777777" w:rsidR="005517F2" w:rsidRDefault="005517F2"/>
        </w:tc>
      </w:tr>
    </w:tbl>
    <w:p w14:paraId="32BA6910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0"/>
      </w:tblGrid>
      <w:tr w:rsidR="005517F2" w14:paraId="79691043" w14:textId="77777777">
        <w:trPr>
          <w:cantSplit/>
        </w:trPr>
        <w:tc>
          <w:tcPr>
            <w:tcW w:w="10200" w:type="dxa"/>
            <w:shd w:val="clear" w:color="auto" w:fill="E8ECF5"/>
          </w:tcPr>
          <w:p w14:paraId="345D4692" w14:textId="77777777" w:rsidR="005517F2" w:rsidRDefault="00000000">
            <w:pPr>
              <w:keepNext/>
            </w:pPr>
            <w:r>
              <w:rPr>
                <w:b/>
              </w:rPr>
              <w:lastRenderedPageBreak/>
              <w:t>Are you attaching any paperwork (including the Stage 1 outcome letter)? If so, please give details:</w:t>
            </w:r>
          </w:p>
        </w:tc>
      </w:tr>
      <w:tr w:rsidR="005517F2" w14:paraId="3017E17D" w14:textId="77777777">
        <w:trPr>
          <w:cantSplit/>
          <w:trHeight w:val="1417"/>
        </w:trPr>
        <w:tc>
          <w:tcPr>
            <w:tcW w:w="10200" w:type="dxa"/>
          </w:tcPr>
          <w:p w14:paraId="4EA1CBE5" w14:textId="77777777" w:rsidR="005517F2" w:rsidRDefault="005517F2"/>
        </w:tc>
      </w:tr>
    </w:tbl>
    <w:p w14:paraId="1F325553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3"/>
        <w:gridCol w:w="6507"/>
      </w:tblGrid>
      <w:tr w:rsidR="005517F2" w14:paraId="421756A4" w14:textId="77777777">
        <w:trPr>
          <w:cantSplit/>
        </w:trPr>
        <w:tc>
          <w:tcPr>
            <w:tcW w:w="10200" w:type="dxa"/>
            <w:gridSpan w:val="2"/>
            <w:shd w:val="clear" w:color="auto" w:fill="1F2A5C"/>
          </w:tcPr>
          <w:p w14:paraId="69000D9E" w14:textId="77777777" w:rsidR="005517F2" w:rsidRDefault="00000000">
            <w:pPr>
              <w:keepNext/>
            </w:pPr>
            <w:r>
              <w:rPr>
                <w:b/>
                <w:color w:val="FFFFFF"/>
              </w:rPr>
              <w:t>Section D: The Committee Meeting</w:t>
            </w:r>
          </w:p>
        </w:tc>
      </w:tr>
      <w:tr w:rsidR="005517F2" w14:paraId="7339D16A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1463AF2B" w14:textId="77777777" w:rsidR="005517F2" w:rsidRDefault="00000000">
            <w:pPr>
              <w:keepNext/>
            </w:pPr>
            <w:r>
              <w:rPr>
                <w:b/>
              </w:rPr>
              <w:t>Will you attend the meeting? (Yes / No)</w:t>
            </w:r>
          </w:p>
        </w:tc>
        <w:tc>
          <w:tcPr>
            <w:tcW w:w="6236" w:type="dxa"/>
          </w:tcPr>
          <w:p w14:paraId="4F43B313" w14:textId="77777777" w:rsidR="005517F2" w:rsidRDefault="005517F2">
            <w:pPr>
              <w:keepNext/>
            </w:pPr>
          </w:p>
        </w:tc>
      </w:tr>
      <w:tr w:rsidR="005517F2" w14:paraId="413D0C20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0C23D6D5" w14:textId="77777777" w:rsidR="005517F2" w:rsidRDefault="00000000">
            <w:pPr>
              <w:keepNext/>
            </w:pPr>
            <w:r>
              <w:rPr>
                <w:b/>
              </w:rPr>
              <w:t>Will you be accompanied? If so, by whom and in what capacity?</w:t>
            </w:r>
          </w:p>
        </w:tc>
        <w:tc>
          <w:tcPr>
            <w:tcW w:w="6236" w:type="dxa"/>
          </w:tcPr>
          <w:p w14:paraId="55F55EA7" w14:textId="77777777" w:rsidR="005517F2" w:rsidRDefault="005517F2">
            <w:pPr>
              <w:keepNext/>
            </w:pPr>
          </w:p>
        </w:tc>
      </w:tr>
      <w:tr w:rsidR="005517F2" w14:paraId="35F56B59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5E071133" w14:textId="77777777" w:rsidR="005517F2" w:rsidRDefault="00000000">
            <w:pPr>
              <w:keepNext/>
            </w:pPr>
            <w:r>
              <w:rPr>
                <w:b/>
              </w:rPr>
              <w:t>Do you have any access or other needs we should be aware of?</w:t>
            </w:r>
          </w:p>
        </w:tc>
        <w:tc>
          <w:tcPr>
            <w:tcW w:w="6236" w:type="dxa"/>
          </w:tcPr>
          <w:p w14:paraId="502BA8BE" w14:textId="77777777" w:rsidR="005517F2" w:rsidRDefault="005517F2">
            <w:pPr>
              <w:keepNext/>
            </w:pPr>
          </w:p>
        </w:tc>
      </w:tr>
      <w:tr w:rsidR="005517F2" w14:paraId="28B09687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23240582" w14:textId="77777777" w:rsidR="005517F2" w:rsidRDefault="00000000">
            <w:r>
              <w:rPr>
                <w:b/>
              </w:rPr>
              <w:t>Dates/times you are unavailable in the next 20 school days</w:t>
            </w:r>
          </w:p>
        </w:tc>
        <w:tc>
          <w:tcPr>
            <w:tcW w:w="6236" w:type="dxa"/>
          </w:tcPr>
          <w:p w14:paraId="37F40D57" w14:textId="77777777" w:rsidR="005517F2" w:rsidRDefault="005517F2"/>
        </w:tc>
      </w:tr>
    </w:tbl>
    <w:p w14:paraId="198B7D4E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2"/>
        <w:gridCol w:w="6508"/>
      </w:tblGrid>
      <w:tr w:rsidR="005517F2" w14:paraId="614299CE" w14:textId="77777777">
        <w:trPr>
          <w:cantSplit/>
        </w:trPr>
        <w:tc>
          <w:tcPr>
            <w:tcW w:w="10200" w:type="dxa"/>
            <w:gridSpan w:val="2"/>
            <w:shd w:val="clear" w:color="auto" w:fill="1F2A5C"/>
          </w:tcPr>
          <w:p w14:paraId="1752DF06" w14:textId="77777777" w:rsidR="005517F2" w:rsidRDefault="00000000">
            <w:pPr>
              <w:keepNext/>
            </w:pPr>
            <w:r>
              <w:rPr>
                <w:b/>
                <w:color w:val="FFFFFF"/>
              </w:rPr>
              <w:t>Section E: Declaration</w:t>
            </w:r>
          </w:p>
        </w:tc>
      </w:tr>
      <w:tr w:rsidR="005517F2" w14:paraId="4801A32D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53136F9E" w14:textId="77777777" w:rsidR="005517F2" w:rsidRDefault="00000000">
            <w:pPr>
              <w:keepNext/>
            </w:pPr>
            <w:r>
              <w:rPr>
                <w:b/>
              </w:rPr>
              <w:t>Signature</w:t>
            </w:r>
          </w:p>
        </w:tc>
        <w:tc>
          <w:tcPr>
            <w:tcW w:w="6236" w:type="dxa"/>
          </w:tcPr>
          <w:p w14:paraId="2BADDCF0" w14:textId="77777777" w:rsidR="005517F2" w:rsidRDefault="005517F2">
            <w:pPr>
              <w:keepNext/>
            </w:pPr>
          </w:p>
        </w:tc>
      </w:tr>
      <w:tr w:rsidR="005517F2" w14:paraId="48D04EC9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01DDD3D6" w14:textId="77777777" w:rsidR="005517F2" w:rsidRDefault="00000000">
            <w:r>
              <w:rPr>
                <w:b/>
              </w:rPr>
              <w:t>Date</w:t>
            </w:r>
          </w:p>
        </w:tc>
        <w:tc>
          <w:tcPr>
            <w:tcW w:w="6236" w:type="dxa"/>
          </w:tcPr>
          <w:p w14:paraId="36146E18" w14:textId="77777777" w:rsidR="005517F2" w:rsidRDefault="005517F2"/>
        </w:tc>
      </w:tr>
    </w:tbl>
    <w:p w14:paraId="7A6B4B1C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3"/>
        <w:gridCol w:w="6507"/>
      </w:tblGrid>
      <w:tr w:rsidR="005517F2" w14:paraId="45B13513" w14:textId="77777777">
        <w:trPr>
          <w:cantSplit/>
        </w:trPr>
        <w:tc>
          <w:tcPr>
            <w:tcW w:w="10200" w:type="dxa"/>
            <w:gridSpan w:val="2"/>
            <w:shd w:val="clear" w:color="auto" w:fill="1F2A5C"/>
          </w:tcPr>
          <w:p w14:paraId="012D6610" w14:textId="77777777" w:rsidR="005517F2" w:rsidRDefault="00000000">
            <w:pPr>
              <w:keepNext/>
            </w:pPr>
            <w:r>
              <w:rPr>
                <w:b/>
                <w:color w:val="FFFFFF"/>
              </w:rPr>
              <w:t>For Official Use Only (Clerk to the Governing Body)</w:t>
            </w:r>
          </w:p>
        </w:tc>
      </w:tr>
      <w:tr w:rsidR="005517F2" w14:paraId="53E44191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3A4DFBC3" w14:textId="77777777" w:rsidR="005517F2" w:rsidRDefault="00000000">
            <w:pPr>
              <w:keepNext/>
            </w:pPr>
            <w:r>
              <w:rPr>
                <w:b/>
              </w:rPr>
              <w:t>Date form received</w:t>
            </w:r>
          </w:p>
        </w:tc>
        <w:tc>
          <w:tcPr>
            <w:tcW w:w="6236" w:type="dxa"/>
          </w:tcPr>
          <w:p w14:paraId="5CC02F52" w14:textId="77777777" w:rsidR="005517F2" w:rsidRDefault="005517F2">
            <w:pPr>
              <w:keepNext/>
            </w:pPr>
          </w:p>
        </w:tc>
      </w:tr>
      <w:tr w:rsidR="005517F2" w14:paraId="3888D26D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76B43D47" w14:textId="77777777" w:rsidR="005517F2" w:rsidRDefault="00000000">
            <w:pPr>
              <w:keepNext/>
            </w:pPr>
            <w:r>
              <w:rPr>
                <w:b/>
              </w:rPr>
              <w:t>Date acknowledgement sent</w:t>
            </w:r>
          </w:p>
        </w:tc>
        <w:tc>
          <w:tcPr>
            <w:tcW w:w="6236" w:type="dxa"/>
          </w:tcPr>
          <w:p w14:paraId="7B9FB251" w14:textId="77777777" w:rsidR="005517F2" w:rsidRDefault="005517F2">
            <w:pPr>
              <w:keepNext/>
            </w:pPr>
          </w:p>
        </w:tc>
      </w:tr>
      <w:tr w:rsidR="005517F2" w14:paraId="1A8C7EC4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73FD62F5" w14:textId="77777777" w:rsidR="005517F2" w:rsidRDefault="00000000">
            <w:pPr>
              <w:keepNext/>
            </w:pPr>
            <w:r>
              <w:rPr>
                <w:b/>
              </w:rPr>
              <w:t>By whom</w:t>
            </w:r>
          </w:p>
        </w:tc>
        <w:tc>
          <w:tcPr>
            <w:tcW w:w="6236" w:type="dxa"/>
          </w:tcPr>
          <w:p w14:paraId="5ACA3628" w14:textId="77777777" w:rsidR="005517F2" w:rsidRDefault="005517F2">
            <w:pPr>
              <w:keepNext/>
            </w:pPr>
          </w:p>
        </w:tc>
      </w:tr>
      <w:tr w:rsidR="005517F2" w14:paraId="0D15DA2B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1AE7DDB4" w14:textId="77777777" w:rsidR="005517F2" w:rsidRDefault="00000000">
            <w:pPr>
              <w:keepNext/>
            </w:pPr>
            <w:r>
              <w:rPr>
                <w:b/>
              </w:rPr>
              <w:t>Committee members appointed</w:t>
            </w:r>
          </w:p>
        </w:tc>
        <w:tc>
          <w:tcPr>
            <w:tcW w:w="6236" w:type="dxa"/>
          </w:tcPr>
          <w:p w14:paraId="4C30F438" w14:textId="77777777" w:rsidR="005517F2" w:rsidRDefault="005517F2">
            <w:pPr>
              <w:keepNext/>
            </w:pPr>
          </w:p>
        </w:tc>
      </w:tr>
      <w:tr w:rsidR="005517F2" w14:paraId="7026D8D2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1A5F6496" w14:textId="77777777" w:rsidR="005517F2" w:rsidRDefault="00000000">
            <w:pPr>
              <w:keepNext/>
            </w:pPr>
            <w:r>
              <w:rPr>
                <w:b/>
              </w:rPr>
              <w:t>Date of Committee meeting</w:t>
            </w:r>
          </w:p>
        </w:tc>
        <w:tc>
          <w:tcPr>
            <w:tcW w:w="6236" w:type="dxa"/>
          </w:tcPr>
          <w:p w14:paraId="58A29479" w14:textId="77777777" w:rsidR="005517F2" w:rsidRDefault="005517F2">
            <w:pPr>
              <w:keepNext/>
            </w:pPr>
          </w:p>
        </w:tc>
      </w:tr>
      <w:tr w:rsidR="005517F2" w14:paraId="3F7AFE4F" w14:textId="77777777">
        <w:trPr>
          <w:cantSplit/>
          <w:trHeight w:val="482"/>
        </w:trPr>
        <w:tc>
          <w:tcPr>
            <w:tcW w:w="3685" w:type="dxa"/>
            <w:shd w:val="clear" w:color="auto" w:fill="E8ECF5"/>
          </w:tcPr>
          <w:p w14:paraId="1D58DB97" w14:textId="77777777" w:rsidR="005517F2" w:rsidRDefault="00000000">
            <w:r>
              <w:rPr>
                <w:b/>
              </w:rPr>
              <w:t>Date written outcome sent</w:t>
            </w:r>
          </w:p>
        </w:tc>
        <w:tc>
          <w:tcPr>
            <w:tcW w:w="6236" w:type="dxa"/>
          </w:tcPr>
          <w:p w14:paraId="74ECE786" w14:textId="77777777" w:rsidR="005517F2" w:rsidRDefault="005517F2"/>
        </w:tc>
      </w:tr>
    </w:tbl>
    <w:p w14:paraId="6C7AF5A3" w14:textId="77777777" w:rsidR="005517F2" w:rsidRDefault="005517F2">
      <w:pPr>
        <w:spacing w:after="40"/>
      </w:pPr>
    </w:p>
    <w:p w14:paraId="264C8288" w14:textId="77777777" w:rsidR="005517F2" w:rsidRDefault="00000000">
      <w:pPr>
        <w:spacing w:after="80"/>
        <w:jc w:val="center"/>
      </w:pPr>
      <w:r>
        <w:rPr>
          <w:i/>
          <w:sz w:val="17"/>
        </w:rPr>
        <w:t>Personal information on this form will be processed in accordance with UK GDPR and the school’s Privacy Notice, and used only to investigate and respond to your complaint.</w:t>
      </w:r>
    </w:p>
    <w:sectPr w:rsidR="005517F2" w:rsidSect="00034616">
      <w:headerReference w:type="default" r:id="rId8"/>
      <w:footerReference w:type="default" r:id="rId9"/>
      <w:pgSz w:w="12240" w:h="15840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032E1" w14:textId="77777777" w:rsidR="00B743B0" w:rsidRDefault="00B743B0">
      <w:pPr>
        <w:spacing w:after="0" w:line="240" w:lineRule="auto"/>
      </w:pPr>
      <w:r>
        <w:separator/>
      </w:r>
    </w:p>
  </w:endnote>
  <w:endnote w:type="continuationSeparator" w:id="0">
    <w:p w14:paraId="6FF4F8D6" w14:textId="77777777" w:rsidR="00B743B0" w:rsidRDefault="00B74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3459F" w14:textId="77777777" w:rsidR="005517F2" w:rsidRDefault="00000000">
    <w:pPr>
      <w:pStyle w:val="Footer"/>
      <w:jc w:val="center"/>
    </w:pPr>
    <w:r>
      <w:rPr>
        <w:sz w:val="16"/>
      </w:rPr>
      <w:t>The Cardinal Wiseman Catholic School  |  Complaints Procedure – Annex 2  |  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F4FEB" w14:textId="77777777" w:rsidR="00B743B0" w:rsidRDefault="00B743B0">
      <w:pPr>
        <w:spacing w:after="0" w:line="240" w:lineRule="auto"/>
      </w:pPr>
      <w:r>
        <w:separator/>
      </w:r>
    </w:p>
  </w:footnote>
  <w:footnote w:type="continuationSeparator" w:id="0">
    <w:p w14:paraId="71186F52" w14:textId="77777777" w:rsidR="00B743B0" w:rsidRDefault="00B74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F23A4" w14:textId="2201B3C8" w:rsidR="005517F2" w:rsidRDefault="003171AE">
    <w:pPr>
      <w:pStyle w:val="Header"/>
      <w:jc w:val="center"/>
    </w:pPr>
    <w:r w:rsidRPr="003171AE">
      <w:rPr>
        <w:noProof/>
      </w:rPr>
      <w:t xml:space="preserve"> </w:t>
    </w:r>
    <w:r>
      <w:rPr>
        <w:noProof/>
      </w:rPr>
      <w:drawing>
        <wp:inline distT="0" distB="0" distL="0" distR="0" wp14:anchorId="631C74A2" wp14:editId="6CF21B58">
          <wp:extent cx="1009650" cy="9239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2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color w:val="888888"/>
        <w:sz w:val="18"/>
      </w:rPr>
      <w:br/>
    </w:r>
    <w:r>
      <w:rPr>
        <w:b/>
        <w:color w:val="1F2A5C"/>
        <w:sz w:val="30"/>
      </w:rPr>
      <w:t>THE CARDINAL WISEMAN CATHOLIC SCHOOL</w:t>
    </w:r>
    <w:r>
      <w:rPr>
        <w:b/>
        <w:color w:val="1F2A5C"/>
        <w:sz w:val="30"/>
      </w:rPr>
      <w:br/>
    </w:r>
    <w:r>
      <w:rPr>
        <w:i/>
        <w:color w:val="1F2A5C"/>
      </w:rPr>
      <w:t>All Things for Christ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66318662">
    <w:abstractNumId w:val="8"/>
  </w:num>
  <w:num w:numId="2" w16cid:durableId="354189063">
    <w:abstractNumId w:val="6"/>
  </w:num>
  <w:num w:numId="3" w16cid:durableId="1807777329">
    <w:abstractNumId w:val="5"/>
  </w:num>
  <w:num w:numId="4" w16cid:durableId="313609538">
    <w:abstractNumId w:val="4"/>
  </w:num>
  <w:num w:numId="5" w16cid:durableId="1646201836">
    <w:abstractNumId w:val="7"/>
  </w:num>
  <w:num w:numId="6" w16cid:durableId="1433934891">
    <w:abstractNumId w:val="3"/>
  </w:num>
  <w:num w:numId="7" w16cid:durableId="901983732">
    <w:abstractNumId w:val="2"/>
  </w:num>
  <w:num w:numId="8" w16cid:durableId="1323385292">
    <w:abstractNumId w:val="1"/>
  </w:num>
  <w:num w:numId="9" w16cid:durableId="1461876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3DAF"/>
    <w:rsid w:val="00034616"/>
    <w:rsid w:val="0006063C"/>
    <w:rsid w:val="000C0A0A"/>
    <w:rsid w:val="0015074B"/>
    <w:rsid w:val="00277560"/>
    <w:rsid w:val="0029639D"/>
    <w:rsid w:val="003171AE"/>
    <w:rsid w:val="00326F90"/>
    <w:rsid w:val="005517F2"/>
    <w:rsid w:val="00916310"/>
    <w:rsid w:val="00AA1D8D"/>
    <w:rsid w:val="00B47730"/>
    <w:rsid w:val="00B743B0"/>
    <w:rsid w:val="00CB0664"/>
    <w:rsid w:val="00CD46C9"/>
    <w:rsid w:val="00D262E5"/>
    <w:rsid w:val="00D569C9"/>
    <w:rsid w:val="00E4348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5A1489C"/>
  <w14:defaultImageDpi w14:val="300"/>
  <w15:docId w15:val="{A8B330EB-10FB-41AD-BA79-5FE97F96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 Coyle</cp:lastModifiedBy>
  <cp:revision>2</cp:revision>
  <dcterms:created xsi:type="dcterms:W3CDTF">2026-10-10T11:42:00Z</dcterms:created>
  <dcterms:modified xsi:type="dcterms:W3CDTF">2026-10-10T11:42:00Z</dcterms:modified>
  <cp:category/>
</cp:coreProperties>
</file>